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EB20A" w14:textId="77777777" w:rsidR="00AE5343" w:rsidRDefault="00000000">
      <w:pPr>
        <w:spacing w:after="200"/>
        <w:rPr>
          <w:rFonts w:hint="eastAsia"/>
        </w:rPr>
      </w:pPr>
      <w:r>
        <w:rPr>
          <w:noProof/>
        </w:rPr>
        <w:drawing>
          <wp:inline distT="0" distB="0" distL="0" distR="0" wp14:anchorId="1CF0F8F9" wp14:editId="638C1E2E">
            <wp:extent cx="6583680" cy="1037353"/>
            <wp:effectExtent l="0" t="0" r="0" b="0"/>
            <wp:docPr id="1" name="Picture 1" descr="Regione Basilicata, Confartigianato, CNA, Casartigiani e CL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7385954_1392682212868974_8267965158445886291_n.jpg"/>
                    <pic:cNvPicPr/>
                  </pic:nvPicPr>
                  <pic:blipFill>
                    <a:blip r:embed="rId8"/>
                    <a:srcRect t="77609"/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1037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11323" w14:textId="77777777" w:rsidR="00AE5343" w:rsidRDefault="00000000">
      <w:pPr>
        <w:pStyle w:val="Titolo"/>
      </w:pPr>
      <w:r>
        <w:t>Modulo di adesione ad Artigiano in Fiera 2026</w:t>
      </w:r>
    </w:p>
    <w:p w14:paraId="4EC7CF99" w14:textId="77777777" w:rsidR="00AE5343" w:rsidRDefault="00000000">
      <w:pPr>
        <w:pStyle w:val="Sottotitolo"/>
      </w:pPr>
      <w:r>
        <w:t>5–13 dicembre 2026  |  Fieramilano Rho, Milano  |  Stand Basilicata</w:t>
      </w:r>
    </w:p>
    <w:p w14:paraId="62740F06" w14:textId="77777777" w:rsidR="00AE5343" w:rsidRDefault="00000000">
      <w:pPr>
        <w:rPr>
          <w:rFonts w:hint="eastAsia"/>
        </w:rPr>
      </w:pPr>
      <w:r>
        <w:rPr>
          <w:sz w:val="20"/>
        </w:rPr>
        <w:t>Compilare tutti i campi pertinenti e inviare il modulo sottoscritto, con visura camerale aggiornata, a artfierebasilicata@gmail.com.</w:t>
      </w:r>
    </w:p>
    <w:p w14:paraId="19714F58" w14:textId="77777777" w:rsidR="00AE5343" w:rsidRDefault="00000000">
      <w:pPr>
        <w:pStyle w:val="Titolo1"/>
      </w:pPr>
      <w:r>
        <w:t>Dati dell’impresa</w:t>
      </w:r>
    </w:p>
    <w:p w14:paraId="2AFDA79B" w14:textId="20B723B7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Ragione sociale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73D16F31" w14:textId="77777777" w:rsidR="007E6683" w:rsidRDefault="007E6683">
      <w:pPr>
        <w:spacing w:after="140"/>
        <w:rPr>
          <w:rFonts w:hint="eastAsia"/>
        </w:rPr>
      </w:pPr>
    </w:p>
    <w:p w14:paraId="6013A778" w14:textId="55573D85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Partita IVA e codice fiscale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43BCD477" w14:textId="77777777" w:rsidR="007E6683" w:rsidRDefault="007E6683">
      <w:pPr>
        <w:spacing w:after="140"/>
        <w:rPr>
          <w:rFonts w:hint="eastAsia"/>
        </w:rPr>
      </w:pPr>
    </w:p>
    <w:p w14:paraId="6D0C8F57" w14:textId="47D2E141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Sede legale e sede operativa in Basilicata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3ECBEA91" w14:textId="77777777" w:rsidR="007E6683" w:rsidRDefault="007E6683">
      <w:pPr>
        <w:spacing w:after="140"/>
        <w:rPr>
          <w:rFonts w:hint="eastAsia"/>
        </w:rPr>
      </w:pPr>
    </w:p>
    <w:p w14:paraId="15E3FA43" w14:textId="0604221B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Legale rappresentante e referente per la fiera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10E2B711" w14:textId="77777777" w:rsidR="007E6683" w:rsidRDefault="007E6683">
      <w:pPr>
        <w:spacing w:after="140"/>
        <w:rPr>
          <w:rFonts w:hint="eastAsia"/>
        </w:rPr>
      </w:pPr>
    </w:p>
    <w:p w14:paraId="6604A757" w14:textId="5E77123A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Email e telefono del referente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29623C7F" w14:textId="77777777" w:rsidR="007E6683" w:rsidRDefault="007E6683">
      <w:pPr>
        <w:spacing w:after="140"/>
        <w:rPr>
          <w:rFonts w:hint="eastAsia"/>
        </w:rPr>
      </w:pPr>
    </w:p>
    <w:p w14:paraId="5B94ADFD" w14:textId="75307450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Codice ATECO dell’attività proposta e relativa descrizione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7E95D1CB" w14:textId="77777777" w:rsidR="007E6683" w:rsidRDefault="007E6683">
      <w:pPr>
        <w:spacing w:after="140"/>
        <w:rPr>
          <w:rFonts w:hint="eastAsia"/>
        </w:rPr>
      </w:pPr>
    </w:p>
    <w:p w14:paraId="71E3A6A3" w14:textId="77777777" w:rsidR="00AE5343" w:rsidRDefault="00000000">
      <w:pPr>
        <w:pStyle w:val="Titolo1"/>
      </w:pPr>
      <w:r>
        <w:t>Produzioni da presentare in fiera</w:t>
      </w:r>
    </w:p>
    <w:p w14:paraId="582DF5EA" w14:textId="77777777" w:rsidR="007E6683" w:rsidRDefault="00000000">
      <w:pPr>
        <w:spacing w:after="140"/>
        <w:rPr>
          <w:color w:val="777777"/>
          <w:sz w:val="20"/>
        </w:rPr>
      </w:pPr>
      <w:r>
        <w:rPr>
          <w:b/>
        </w:rPr>
        <w:t>Descrivere i prodotti e il loro carattere artigianale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457CB25A" w14:textId="0F2D7FA7" w:rsidR="00AE5343" w:rsidRDefault="00000000">
      <w:pPr>
        <w:spacing w:after="140"/>
        <w:rPr>
          <w:rFonts w:hint="eastAsia"/>
        </w:rPr>
      </w:pPr>
      <w:r>
        <w:rPr>
          <w:color w:val="777777"/>
          <w:sz w:val="20"/>
        </w:rPr>
        <w:br/>
        <w:t>_________________________________________________________________________________</w:t>
      </w:r>
    </w:p>
    <w:p w14:paraId="5BD2F957" w14:textId="77777777" w:rsidR="00AE5343" w:rsidRDefault="00000000">
      <w:pPr>
        <w:rPr>
          <w:rFonts w:hint="eastAsia"/>
        </w:rPr>
      </w:pPr>
      <w:r>
        <w:br w:type="page"/>
      </w:r>
    </w:p>
    <w:p w14:paraId="47B465DB" w14:textId="77777777" w:rsidR="00AE5343" w:rsidRDefault="00000000">
      <w:pPr>
        <w:pStyle w:val="Titolo"/>
      </w:pPr>
      <w:r>
        <w:lastRenderedPageBreak/>
        <w:t>Giorni richiesti e disponibilità</w:t>
      </w:r>
    </w:p>
    <w:p w14:paraId="6EB467EF" w14:textId="77777777" w:rsidR="00AE5343" w:rsidRDefault="00000000">
      <w:pPr>
        <w:rPr>
          <w:rFonts w:hint="eastAsia"/>
        </w:rPr>
      </w:pPr>
      <w:r>
        <w:t>Indicare la durata e le date preferite. La richiesta di un periodo ridotto sarà valutata nell’eventuale organizzazione dei turni; l’assegnazione sarà confermata dall’organizzazione.</w:t>
      </w:r>
    </w:p>
    <w:p w14:paraId="1A0432D0" w14:textId="0E1DF874" w:rsidR="00AE5343" w:rsidRDefault="00000000">
      <w:pPr>
        <w:spacing w:after="140"/>
        <w:rPr>
          <w:color w:val="777777"/>
          <w:sz w:val="20"/>
        </w:rPr>
      </w:pPr>
      <w:proofErr w:type="spellStart"/>
      <w:r>
        <w:rPr>
          <w:b/>
        </w:rPr>
        <w:t>Numero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giorni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richiesti</w:t>
      </w:r>
      <w:proofErr w:type="spellEnd"/>
      <w:r>
        <w:rPr>
          <w:b/>
        </w:rPr>
        <w:t xml:space="preserve"> da </w:t>
      </w:r>
      <w:r w:rsidR="008F4125">
        <w:rPr>
          <w:b/>
        </w:rPr>
        <w:sym w:font="Wingdings 2" w:char="F030"/>
      </w:r>
      <w:r w:rsidR="008F4125">
        <w:rPr>
          <w:b/>
        </w:rPr>
        <w:t xml:space="preserve"> </w:t>
      </w:r>
      <w:r>
        <w:rPr>
          <w:b/>
        </w:rPr>
        <w:t>4</w:t>
      </w:r>
      <w:r w:rsidR="008F4125">
        <w:rPr>
          <w:b/>
        </w:rPr>
        <w:t xml:space="preserve"> - </w:t>
      </w:r>
      <w:r w:rsidR="008F4125" w:rsidRPr="008F4125">
        <w:rPr>
          <w:b/>
        </w:rPr>
        <w:t xml:space="preserve"> </w:t>
      </w:r>
      <w:r w:rsidR="008F4125">
        <w:rPr>
          <w:b/>
        </w:rPr>
        <w:t xml:space="preserve">5 - </w:t>
      </w:r>
      <w:r w:rsidR="008F4125" w:rsidRPr="008F4125">
        <w:rPr>
          <w:b/>
        </w:rPr>
        <w:t xml:space="preserve"> </w:t>
      </w:r>
      <w:r w:rsidR="008F4125">
        <w:rPr>
          <w:b/>
        </w:rPr>
        <w:t>9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2CB3D346" w14:textId="77777777" w:rsidR="007E6683" w:rsidRDefault="007E6683">
      <w:pPr>
        <w:spacing w:after="140"/>
        <w:rPr>
          <w:rFonts w:hint="eastAsia"/>
        </w:rPr>
      </w:pPr>
    </w:p>
    <w:p w14:paraId="2E1E1A20" w14:textId="3000CAEF" w:rsidR="00AE5343" w:rsidRDefault="00000000">
      <w:pPr>
        <w:spacing w:after="140"/>
        <w:rPr>
          <w:color w:val="777777"/>
          <w:sz w:val="20"/>
        </w:rPr>
      </w:pPr>
      <w:proofErr w:type="spellStart"/>
      <w:r>
        <w:rPr>
          <w:b/>
        </w:rPr>
        <w:t>Periodo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preferito</w:t>
      </w:r>
      <w:proofErr w:type="spellEnd"/>
      <w:r>
        <w:rPr>
          <w:b/>
        </w:rPr>
        <w:t xml:space="preserve"> dal ____ / 12 / 2026 al ____ / 12 / 2026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2D66CEBF" w14:textId="77777777" w:rsidR="007E6683" w:rsidRDefault="007E6683">
      <w:pPr>
        <w:spacing w:after="140"/>
        <w:rPr>
          <w:rFonts w:hint="eastAsia"/>
        </w:rPr>
      </w:pPr>
    </w:p>
    <w:p w14:paraId="3537AA81" w14:textId="77777777" w:rsidR="008F4125" w:rsidRDefault="00000000">
      <w:pPr>
        <w:spacing w:after="140"/>
        <w:rPr>
          <w:color w:val="777777"/>
          <w:sz w:val="20"/>
        </w:rPr>
      </w:pPr>
      <w:proofErr w:type="spellStart"/>
      <w:r>
        <w:rPr>
          <w:b/>
        </w:rPr>
        <w:t>Eventuali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esigenze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espositive</w:t>
      </w:r>
      <w:proofErr w:type="spellEnd"/>
      <w:r>
        <w:rPr>
          <w:b/>
        </w:rPr>
        <w:t xml:space="preserve"> o organizzative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59FC85FE" w14:textId="71A1350E" w:rsidR="00AE5343" w:rsidRDefault="00000000">
      <w:pPr>
        <w:spacing w:after="140"/>
        <w:rPr>
          <w:rFonts w:hint="eastAsia"/>
        </w:rPr>
      </w:pPr>
      <w:r>
        <w:rPr>
          <w:color w:val="777777"/>
          <w:sz w:val="20"/>
        </w:rPr>
        <w:br/>
        <w:t>_________________________________________________________________________________</w:t>
      </w:r>
    </w:p>
    <w:p w14:paraId="47AD41EE" w14:textId="77777777" w:rsidR="00AE5343" w:rsidRDefault="00000000">
      <w:pPr>
        <w:pStyle w:val="Titolo1"/>
      </w:pPr>
      <w:r>
        <w:t>Dichiarazioni dell’impresa</w:t>
      </w:r>
    </w:p>
    <w:p w14:paraId="5CC72D70" w14:textId="77777777" w:rsidR="00AE5343" w:rsidRDefault="00000000">
      <w:pPr>
        <w:rPr>
          <w:rFonts w:hint="eastAsia"/>
        </w:rPr>
      </w:pPr>
      <w:r>
        <w:rPr>
          <w:sz w:val="20"/>
        </w:rPr>
        <w:t>□ Il sottoscritto dichiara che i dati indicati sono corretti e che il codice ATECO segnalato è coerente con l’attività effettivamente svolta e con le produzioni proposte.</w:t>
      </w:r>
    </w:p>
    <w:p w14:paraId="602703B1" w14:textId="77777777" w:rsidR="00AE5343" w:rsidRDefault="00000000">
      <w:pPr>
        <w:rPr>
          <w:rFonts w:hint="eastAsia"/>
        </w:rPr>
      </w:pPr>
      <w:r>
        <w:rPr>
          <w:sz w:val="20"/>
        </w:rPr>
        <w:t>□ Il sottoscritto prende atto della selezione a sportello, secondo l’ordine di ricezione delle domande, subordinata alla verifica dell’adeguatezza dell’impresa e del codice ATECO riconducibile all’artigianato.</w:t>
      </w:r>
    </w:p>
    <w:p w14:paraId="53C58D9E" w14:textId="77777777" w:rsidR="00AE5343" w:rsidRDefault="00000000">
      <w:pPr>
        <w:rPr>
          <w:rFonts w:hint="eastAsia"/>
        </w:rPr>
      </w:pPr>
      <w:r>
        <w:rPr>
          <w:sz w:val="20"/>
        </w:rPr>
        <w:t>□ Il sottoscritto prende atto che, in caso di richieste superiori alle 10 postazioni, l’organizzazione potrà prevedere turni non inferiori a 4 giorni. La domanda non attribuisce automaticamente una postazione né garantisce le date richieste.</w:t>
      </w:r>
    </w:p>
    <w:p w14:paraId="5CD6CAF3" w14:textId="77777777" w:rsidR="00AE5343" w:rsidRDefault="00000000">
      <w:pPr>
        <w:pStyle w:val="Titolo1"/>
      </w:pPr>
      <w:r>
        <w:t>Allegati</w:t>
      </w:r>
    </w:p>
    <w:p w14:paraId="3734C357" w14:textId="77777777" w:rsidR="00AE5343" w:rsidRDefault="00000000">
      <w:pPr>
        <w:rPr>
          <w:rFonts w:hint="eastAsia"/>
        </w:rPr>
      </w:pPr>
      <w:r>
        <w:rPr>
          <w:sz w:val="20"/>
        </w:rPr>
        <w:t>□ Visura camerale aggiornata   □ Foto o catalogo dei prodotti facoltativi</w:t>
      </w:r>
    </w:p>
    <w:p w14:paraId="7E36AC21" w14:textId="7193965B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Luogo e data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75107399" w14:textId="77777777" w:rsidR="008F4125" w:rsidRDefault="008F4125">
      <w:pPr>
        <w:spacing w:after="140"/>
        <w:rPr>
          <w:rFonts w:hint="eastAsia"/>
        </w:rPr>
      </w:pPr>
    </w:p>
    <w:p w14:paraId="127671CA" w14:textId="26AD8690" w:rsidR="00AE5343" w:rsidRDefault="00000000">
      <w:pPr>
        <w:spacing w:after="140"/>
        <w:rPr>
          <w:color w:val="777777"/>
          <w:sz w:val="20"/>
        </w:rPr>
      </w:pPr>
      <w:r>
        <w:rPr>
          <w:b/>
        </w:rPr>
        <w:t>Nome e cognome e firma del legale rappresentante</w:t>
      </w:r>
      <w:r>
        <w:rPr>
          <w:color w:val="777777"/>
          <w:sz w:val="20"/>
        </w:rPr>
        <w:br/>
        <w:t>_________________________________________________________________________________</w:t>
      </w:r>
    </w:p>
    <w:p w14:paraId="01B9B388" w14:textId="77777777" w:rsidR="008F4125" w:rsidRDefault="008F4125">
      <w:pPr>
        <w:spacing w:after="140"/>
        <w:rPr>
          <w:rFonts w:hint="eastAsia"/>
        </w:rPr>
      </w:pPr>
    </w:p>
    <w:p w14:paraId="64F81957" w14:textId="77777777" w:rsidR="00AE5343" w:rsidRDefault="00000000">
      <w:pPr>
        <w:rPr>
          <w:rFonts w:hint="eastAsia"/>
        </w:rPr>
      </w:pPr>
      <w:r>
        <w:rPr>
          <w:b/>
          <w:sz w:val="20"/>
        </w:rPr>
        <w:t>Invio a artfierebasilicata@gmail.com</w:t>
      </w:r>
      <w:r>
        <w:rPr>
          <w:b/>
          <w:sz w:val="20"/>
        </w:rPr>
        <w:br/>
        <w:t>Oggetto: Adesione Artigiano in Fiera 2026 – Ragione sociale</w:t>
      </w:r>
    </w:p>
    <w:sectPr w:rsidR="00AE5343" w:rsidSect="00034616">
      <w:footerReference w:type="default" r:id="rId9"/>
      <w:pgSz w:w="12240" w:h="15840"/>
      <w:pgMar w:top="648" w:right="936" w:bottom="792" w:left="936" w:header="259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23759" w14:textId="77777777" w:rsidR="00D94950" w:rsidRDefault="00D9495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D4B0485" w14:textId="77777777" w:rsidR="00D94950" w:rsidRDefault="00D9495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B0B0D" w14:textId="3B632C67" w:rsidR="00AE5343" w:rsidRDefault="00AE5343">
    <w:pPr>
      <w:pStyle w:val="Pidipagina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57407" w14:textId="77777777" w:rsidR="00D94950" w:rsidRDefault="00D9495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33BE719" w14:textId="77777777" w:rsidR="00D94950" w:rsidRDefault="00D9495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5670149">
    <w:abstractNumId w:val="8"/>
  </w:num>
  <w:num w:numId="2" w16cid:durableId="1125391191">
    <w:abstractNumId w:val="6"/>
  </w:num>
  <w:num w:numId="3" w16cid:durableId="1869759578">
    <w:abstractNumId w:val="5"/>
  </w:num>
  <w:num w:numId="4" w16cid:durableId="1151216011">
    <w:abstractNumId w:val="4"/>
  </w:num>
  <w:num w:numId="5" w16cid:durableId="2076850860">
    <w:abstractNumId w:val="7"/>
  </w:num>
  <w:num w:numId="6" w16cid:durableId="1690910216">
    <w:abstractNumId w:val="3"/>
  </w:num>
  <w:num w:numId="7" w16cid:durableId="1987007700">
    <w:abstractNumId w:val="2"/>
  </w:num>
  <w:num w:numId="8" w16cid:durableId="310595871">
    <w:abstractNumId w:val="1"/>
  </w:num>
  <w:num w:numId="9" w16cid:durableId="1530219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E6683"/>
    <w:rsid w:val="008F4125"/>
    <w:rsid w:val="00AA1D8D"/>
    <w:rsid w:val="00AE5343"/>
    <w:rsid w:val="00B47730"/>
    <w:rsid w:val="00CB0664"/>
    <w:rsid w:val="00D94950"/>
    <w:rsid w:val="00DA75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DF5EA6"/>
  <w14:defaultImageDpi w14:val="300"/>
  <w15:docId w15:val="{6FED4DB0-198D-492F-9327-D14936D2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20" w:line="269" w:lineRule="auto"/>
    </w:pPr>
    <w:rPr>
      <w:rFonts w:ascii="DejaVu Sans" w:hAnsi="DejaVu Sans"/>
      <w:color w:val="000000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180" w:after="60"/>
      <w:outlineLvl w:val="0"/>
    </w:pPr>
    <w:rPr>
      <w:rFonts w:asciiTheme="majorHAnsi" w:eastAsiaTheme="majorEastAsia" w:hAnsiTheme="majorHAnsi" w:cstheme="majorBidi"/>
      <w:b/>
      <w:bCs/>
      <w:sz w:val="23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spacing w:after="1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46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adesione ad Artigiano in Fiera 2026</dc:title>
  <dc:subject>Partecipazione delle imprese della Basilicata ad Artigiano in Fiera 2026</dc:subject>
  <dc:creator>Regione Basilicata e organizzazioni dell’artigianato</dc:creator>
  <cp:keywords/>
  <dc:description>generated by python-docx</dc:description>
  <cp:lastModifiedBy>Giuseppe Macellaro</cp:lastModifiedBy>
  <cp:revision>3</cp:revision>
  <dcterms:created xsi:type="dcterms:W3CDTF">2013-12-23T23:15:00Z</dcterms:created>
  <dcterms:modified xsi:type="dcterms:W3CDTF">2026-10-30T15:16:00Z</dcterms:modified>
  <cp:category/>
</cp:coreProperties>
</file>